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1A3B" w14:textId="77777777" w:rsidR="00731E0B" w:rsidRDefault="00731E0B">
      <w:pPr>
        <w:pStyle w:val="Otsikko"/>
        <w:rPr>
          <w:b w:val="0"/>
        </w:rPr>
      </w:pPr>
    </w:p>
    <w:p w14:paraId="3706F272" w14:textId="77777777" w:rsidR="00731E0B" w:rsidRDefault="00731E0B">
      <w:pPr>
        <w:pStyle w:val="Otsikko"/>
        <w:rPr>
          <w:rFonts w:cstheme="majorHAnsi"/>
          <w:b w:val="0"/>
          <w:caps/>
        </w:rPr>
      </w:pPr>
    </w:p>
    <w:p w14:paraId="4C364614" w14:textId="77777777" w:rsidR="00606CF5" w:rsidRDefault="00606CF5">
      <w:pPr>
        <w:pStyle w:val="Otsikko"/>
        <w:rPr>
          <w:rFonts w:cstheme="majorHAnsi"/>
          <w:b w:val="0"/>
          <w:caps/>
        </w:rPr>
      </w:pPr>
    </w:p>
    <w:p w14:paraId="734899BC" w14:textId="22A26CD7" w:rsidR="00CA33A5" w:rsidRPr="00731E0B" w:rsidRDefault="00000000">
      <w:pPr>
        <w:pStyle w:val="Otsikko"/>
        <w:rPr>
          <w:rFonts w:cstheme="majorHAnsi"/>
          <w:caps/>
        </w:rPr>
      </w:pPr>
      <w:r w:rsidRPr="00731E0B">
        <w:rPr>
          <w:rFonts w:cstheme="majorHAnsi"/>
          <w:b w:val="0"/>
          <w:caps/>
        </w:rPr>
        <w:t>Uppdatering LCIF Baby LifeLine Finland / 12.10.2026</w:t>
      </w:r>
    </w:p>
    <w:p w14:paraId="433EB79C" w14:textId="77777777" w:rsidR="00CA33A5" w:rsidRDefault="00000000">
      <w:pPr>
        <w:pStyle w:val="Otsikko1"/>
      </w:pPr>
      <w:r>
        <w:t xml:space="preserve">1. </w:t>
      </w:r>
      <w:proofErr w:type="spellStart"/>
      <w:r>
        <w:t>Organisationen</w:t>
      </w:r>
      <w:proofErr w:type="spellEnd"/>
      <w:r>
        <w:t xml:space="preserve"> för LCIF Baby LifeLine 5 (BBLL5) Finland</w:t>
      </w:r>
    </w:p>
    <w:tbl>
      <w:tblPr>
        <w:tblStyle w:val="Vaaleavarjostus-korostus1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CA33A5" w14:paraId="65001239" w14:textId="77777777" w:rsidTr="00CA3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5816AE51" w14:textId="77777777" w:rsidR="00CA33A5" w:rsidRDefault="00000000">
            <w:r>
              <w:t>Uppgift</w:t>
            </w:r>
          </w:p>
        </w:tc>
        <w:tc>
          <w:tcPr>
            <w:tcW w:w="4968" w:type="dxa"/>
          </w:tcPr>
          <w:p w14:paraId="792A40AC" w14:textId="77777777" w:rsidR="00CA33A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Ansvarsperson</w:t>
            </w:r>
          </w:p>
        </w:tc>
      </w:tr>
      <w:tr w:rsidR="00CA33A5" w14:paraId="01A58629" w14:textId="77777777" w:rsidTr="00CA3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4EC80BC4" w14:textId="77777777" w:rsidR="00CA33A5" w:rsidRDefault="00000000">
            <w:r>
              <w:t>Landsansvarig</w:t>
            </w:r>
          </w:p>
        </w:tc>
        <w:tc>
          <w:tcPr>
            <w:tcW w:w="4968" w:type="dxa"/>
          </w:tcPr>
          <w:p w14:paraId="6B785018" w14:textId="6B984533" w:rsidR="00CA33A5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Vesa Halinen, LC Helsinki/</w:t>
            </w:r>
            <w:proofErr w:type="spellStart"/>
            <w:r>
              <w:t>Katajanokka</w:t>
            </w:r>
            <w:proofErr w:type="spellEnd"/>
            <w:r w:rsidR="008B750E">
              <w:t>, vesa.halinen@lions.fi</w:t>
            </w:r>
          </w:p>
        </w:tc>
      </w:tr>
      <w:tr w:rsidR="00CA33A5" w14:paraId="08DAFF7C" w14:textId="77777777" w:rsidTr="00CA33A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4618737D" w14:textId="77777777" w:rsidR="00CA33A5" w:rsidRDefault="00000000">
            <w:r>
              <w:t>Ekonomikoordinator</w:t>
            </w:r>
          </w:p>
        </w:tc>
        <w:tc>
          <w:tcPr>
            <w:tcW w:w="4968" w:type="dxa"/>
          </w:tcPr>
          <w:p w14:paraId="33135CC7" w14:textId="38E7D9E3" w:rsidR="00CA33A5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Petri Lappi, LC </w:t>
            </w:r>
            <w:proofErr w:type="spellStart"/>
            <w:r>
              <w:t>Virtasalmi</w:t>
            </w:r>
            <w:proofErr w:type="spellEnd"/>
            <w:r w:rsidR="008B750E">
              <w:t>, petri.lappi@lions.fi</w:t>
            </w:r>
          </w:p>
        </w:tc>
      </w:tr>
      <w:tr w:rsidR="00CA33A5" w14:paraId="6C42318D" w14:textId="77777777" w:rsidTr="00CA3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5487EC92" w14:textId="77777777" w:rsidR="00CA33A5" w:rsidRDefault="00000000">
            <w:r>
              <w:t>Internationell koordinator</w:t>
            </w:r>
          </w:p>
        </w:tc>
        <w:tc>
          <w:tcPr>
            <w:tcW w:w="4968" w:type="dxa"/>
          </w:tcPr>
          <w:p w14:paraId="7D8B838A" w14:textId="7628C3D1" w:rsidR="00CA33A5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Jyri Kurki, LC Helsinki/</w:t>
            </w:r>
            <w:proofErr w:type="spellStart"/>
            <w:r>
              <w:t>Kontula</w:t>
            </w:r>
            <w:proofErr w:type="spellEnd"/>
            <w:r w:rsidR="008B750E">
              <w:t>, jyri.kurki@lions.fi</w:t>
            </w:r>
          </w:p>
        </w:tc>
      </w:tr>
    </w:tbl>
    <w:p w14:paraId="4273E822" w14:textId="77777777" w:rsidR="00CA33A5" w:rsidRDefault="00000000">
      <w:pPr>
        <w:pStyle w:val="Otsikko1"/>
      </w:pPr>
      <w:r>
        <w:t>2. Donationssätt</w:t>
      </w:r>
    </w:p>
    <w:p w14:paraId="739D2834" w14:textId="77777777" w:rsidR="00CA33A5" w:rsidRDefault="00000000">
      <w:pPr>
        <w:pStyle w:val="Otsikko2"/>
      </w:pPr>
      <w:r>
        <w:t>2.1. Donationer från Lions-medlemmar, klubbar och distrikt</w:t>
      </w:r>
    </w:p>
    <w:p w14:paraId="6F1C5A82" w14:textId="77777777" w:rsidR="00CA33A5" w:rsidRDefault="00000000">
      <w:pPr>
        <w:pStyle w:val="Merkittyluettelo"/>
      </w:pPr>
      <w:r>
        <w:t>Donationerna ger MJF-krediter.</w:t>
      </w:r>
    </w:p>
    <w:p w14:paraId="2DC924BD" w14:textId="77777777" w:rsidR="00CA33A5" w:rsidRDefault="00000000">
      <w:pPr>
        <w:pStyle w:val="Merkittyluettelo"/>
      </w:pPr>
      <w:r>
        <w:t>Lions-medlemmar, klubbar och distrikt kan donera ett belopp motsvarande en eller flera Baby LifeLine-förlossningsryggsäckar (1 200 €/ryggsäck) eller bidra med ett mindre belopp.</w:t>
      </w:r>
    </w:p>
    <w:p w14:paraId="189335B6" w14:textId="74B6CBDF" w:rsidR="00CA33A5" w:rsidRDefault="00000000">
      <w:pPr>
        <w:pStyle w:val="Merkittyluettelo"/>
      </w:pPr>
      <w:proofErr w:type="spellStart"/>
      <w:r>
        <w:t>Mål</w:t>
      </w:r>
      <w:proofErr w:type="spellEnd"/>
      <w:r>
        <w:t>: EN KLUBB</w:t>
      </w:r>
      <w:r w:rsidR="0028400D">
        <w:t>–</w:t>
      </w:r>
      <w:r w:rsidR="0028400D" w:rsidRPr="0028400D">
        <w:t xml:space="preserve"> </w:t>
      </w:r>
      <w:r w:rsidR="0028400D">
        <w:t xml:space="preserve">EN RYGGSÄCK  </w:t>
      </w:r>
    </w:p>
    <w:p w14:paraId="628052CB" w14:textId="77777777" w:rsidR="00CA33A5" w:rsidRDefault="00000000">
      <w:r>
        <w:rPr>
          <w:b/>
        </w:rPr>
        <w:t>Bankuppgifter för projektet i Finland:</w:t>
      </w:r>
    </w:p>
    <w:p w14:paraId="6FF5211E" w14:textId="77777777" w:rsidR="00CA33A5" w:rsidRDefault="00000000">
      <w:pPr>
        <w:pStyle w:val="Merkittyluettelo"/>
      </w:pPr>
      <w:r>
        <w:t>Kontoinnehavare: Lions-piiri 107K ry</w:t>
      </w:r>
    </w:p>
    <w:p w14:paraId="2A0460E7" w14:textId="77777777" w:rsidR="00CA33A5" w:rsidRDefault="00000000">
      <w:pPr>
        <w:pStyle w:val="Merkittyluettelo"/>
      </w:pPr>
      <w:r>
        <w:t>IBAN: FI89 5465 0920 0214 22</w:t>
      </w:r>
    </w:p>
    <w:p w14:paraId="05065211" w14:textId="77777777" w:rsidR="00CA33A5" w:rsidRDefault="00000000">
      <w:pPr>
        <w:pStyle w:val="Merkittyluettelo"/>
      </w:pPr>
      <w:r>
        <w:t>Referensnummer vid klubbdonationer: Klubbens referensnummer, som fås av distriktets LCIF-koordinator, eller</w:t>
      </w:r>
    </w:p>
    <w:p w14:paraId="5E8708FA" w14:textId="77777777" w:rsidR="00CA33A5" w:rsidRDefault="00000000">
      <w:pPr>
        <w:pStyle w:val="Merkittyluettelo"/>
      </w:pPr>
      <w:r>
        <w:t>Meddelande vid personliga donationer från Lions-medlemmar: BBLL5+ Lions ID</w:t>
      </w:r>
    </w:p>
    <w:p w14:paraId="7D703E80" w14:textId="77777777" w:rsidR="00CA33A5" w:rsidRDefault="00000000">
      <w:pPr>
        <w:pStyle w:val="Otsikko2"/>
      </w:pPr>
      <w:r>
        <w:t>2.2. Donationer från företag och privatpersoner</w:t>
      </w:r>
    </w:p>
    <w:p w14:paraId="561AB2FA" w14:textId="77777777" w:rsidR="00CA33A5" w:rsidRDefault="00000000">
      <w:r>
        <w:t>Företag och privatpersoner kan stödja Baby LifeLine 5-projektet via Finlands Lionsförbund rf:s penninginsamlingstillstånd RA/2023/1490.</w:t>
      </w:r>
    </w:p>
    <w:p w14:paraId="59511209" w14:textId="77777777" w:rsidR="00CA33A5" w:rsidRDefault="00000000">
      <w:pPr>
        <w:pStyle w:val="Numeroituluettelo"/>
      </w:pPr>
      <w:r>
        <w:t>Banköverföring till Suomen Lions-liitto ry (Finlands Lionsförbund rf): FI62 1555 3000 1296 93.</w:t>
      </w:r>
    </w:p>
    <w:p w14:paraId="162DCEB8" w14:textId="67ADCED9" w:rsidR="00CA33A5" w:rsidRDefault="00D03D99" w:rsidP="00606CF5">
      <w:pPr>
        <w:ind w:firstLine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614585" wp14:editId="4DC570FC">
            <wp:simplePos x="0" y="0"/>
            <wp:positionH relativeFrom="column">
              <wp:posOffset>4840605</wp:posOffset>
            </wp:positionH>
            <wp:positionV relativeFrom="paragraph">
              <wp:posOffset>36195</wp:posOffset>
            </wp:positionV>
            <wp:extent cx="960120" cy="9601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ll5_qr_orig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Referensnummer</w:t>
      </w:r>
      <w:proofErr w:type="spellEnd"/>
      <w:r>
        <w:t xml:space="preserve">: </w:t>
      </w:r>
      <w:proofErr w:type="spellStart"/>
      <w:r>
        <w:t>Klubbens</w:t>
      </w:r>
      <w:proofErr w:type="spellEnd"/>
      <w:r>
        <w:t xml:space="preserve"> </w:t>
      </w:r>
      <w:proofErr w:type="spellStart"/>
      <w:r>
        <w:t>referensnummer</w:t>
      </w:r>
      <w:proofErr w:type="spellEnd"/>
      <w:r>
        <w:t xml:space="preserve">, </w:t>
      </w:r>
      <w:proofErr w:type="spellStart"/>
      <w:r>
        <w:t>som</w:t>
      </w:r>
      <w:proofErr w:type="spellEnd"/>
      <w:r>
        <w:t xml:space="preserve"> fås av distriktets LCIF-koordinator, eller</w:t>
      </w:r>
    </w:p>
    <w:p w14:paraId="76602E73" w14:textId="5538309D" w:rsidR="00CA33A5" w:rsidRDefault="00000000">
      <w:pPr>
        <w:pStyle w:val="Numeroituluettelo"/>
      </w:pPr>
      <w:proofErr w:type="spellStart"/>
      <w:r>
        <w:t>MobilePay</w:t>
      </w:r>
      <w:proofErr w:type="spellEnd"/>
      <w:r>
        <w:t xml:space="preserve"> till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gramStart"/>
      <w:r>
        <w:t>ry: #</w:t>
      </w:r>
      <w:proofErr w:type="gramEnd"/>
      <w:r>
        <w:t>19662 eller via QR-koden.</w:t>
      </w:r>
    </w:p>
    <w:p w14:paraId="62E2E82A" w14:textId="3ABD3131" w:rsidR="00CA33A5" w:rsidRDefault="0086569C" w:rsidP="00606CF5">
      <w:pPr>
        <w:ind w:firstLine="360"/>
      </w:pPr>
      <w:proofErr w:type="spellStart"/>
      <w:r w:rsidRPr="0086569C">
        <w:t>Meddelande</w:t>
      </w:r>
      <w:proofErr w:type="spellEnd"/>
      <w:r>
        <w:t xml:space="preserve">: </w:t>
      </w:r>
      <w:proofErr w:type="spellStart"/>
      <w:r>
        <w:t>Klubbens</w:t>
      </w:r>
      <w:proofErr w:type="spellEnd"/>
      <w:r>
        <w:t xml:space="preserve"> </w:t>
      </w:r>
      <w:proofErr w:type="spellStart"/>
      <w:r>
        <w:t>referensnummer</w:t>
      </w:r>
      <w:proofErr w:type="spellEnd"/>
      <w:r>
        <w:t xml:space="preserve">, </w:t>
      </w:r>
      <w:proofErr w:type="spellStart"/>
      <w:r>
        <w:t>som</w:t>
      </w:r>
      <w:proofErr w:type="spellEnd"/>
      <w:r>
        <w:t xml:space="preserve"> fås av distriktets LCIF-koordinator, eller</w:t>
      </w:r>
    </w:p>
    <w:p w14:paraId="35F16CCC" w14:textId="2EA36961" w:rsidR="00CA33A5" w:rsidRDefault="00CA33A5">
      <w:pPr>
        <w:jc w:val="right"/>
      </w:pPr>
    </w:p>
    <w:p w14:paraId="05B2B7B8" w14:textId="77777777" w:rsidR="00D03D99" w:rsidRDefault="00000000">
      <w:pPr>
        <w:pStyle w:val="Numeroituluettelo"/>
      </w:pPr>
      <w:r>
        <w:t xml:space="preserve">Medel som samlats in genom bössinsamling av en klubb eller ett distrikt redovisas till </w:t>
      </w:r>
    </w:p>
    <w:p w14:paraId="09E7AA46" w14:textId="1E001F05" w:rsidR="00CA33A5" w:rsidRDefault="00000000" w:rsidP="00D03D99">
      <w:pPr>
        <w:pStyle w:val="Numeroituluettelo"/>
        <w:numPr>
          <w:ilvl w:val="0"/>
          <w:numId w:val="0"/>
        </w:numPr>
        <w:ind w:left="360"/>
      </w:pP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ry:s</w:t>
      </w:r>
      <w:proofErr w:type="spellEnd"/>
      <w:proofErr w:type="gramEnd"/>
      <w:r>
        <w:t xml:space="preserve"> </w:t>
      </w:r>
      <w:proofErr w:type="spellStart"/>
      <w:r>
        <w:t>konto</w:t>
      </w:r>
      <w:proofErr w:type="spellEnd"/>
      <w:r>
        <w:t xml:space="preserve"> FI62 1555 3000 1296 93.</w:t>
      </w:r>
    </w:p>
    <w:p w14:paraId="177C02F1" w14:textId="77777777" w:rsidR="00CA33A5" w:rsidRDefault="00000000" w:rsidP="00606CF5">
      <w:pPr>
        <w:ind w:firstLine="360"/>
      </w:pPr>
      <w:r>
        <w:t>Referensnummer: Klubbens referensnummer, som fås av distriktets LCIF-koordinator.</w:t>
      </w:r>
    </w:p>
    <w:p w14:paraId="0B89A448" w14:textId="11E5568B" w:rsidR="00CA33A5" w:rsidRDefault="00000000" w:rsidP="00D03D99">
      <w:pPr>
        <w:pStyle w:val="Otsikko1"/>
        <w:tabs>
          <w:tab w:val="left" w:pos="8175"/>
        </w:tabs>
      </w:pPr>
      <w:r>
        <w:t xml:space="preserve">3. </w:t>
      </w:r>
      <w:proofErr w:type="spellStart"/>
      <w:r>
        <w:t>Uppdaterat</w:t>
      </w:r>
      <w:proofErr w:type="spellEnd"/>
      <w:r>
        <w:t xml:space="preserve"> material för </w:t>
      </w:r>
      <w:proofErr w:type="spellStart"/>
      <w:r>
        <w:t>klubbar</w:t>
      </w:r>
      <w:proofErr w:type="spellEnd"/>
      <w:r>
        <w:t xml:space="preserve"> och </w:t>
      </w:r>
      <w:proofErr w:type="spellStart"/>
      <w:r>
        <w:t>distrikt</w:t>
      </w:r>
      <w:proofErr w:type="spellEnd"/>
      <w:r>
        <w:t xml:space="preserve"> </w:t>
      </w:r>
      <w:proofErr w:type="spellStart"/>
      <w:r>
        <w:t>bifogas</w:t>
      </w:r>
      <w:proofErr w:type="spellEnd"/>
      <w:r w:rsidR="00D03D99">
        <w:tab/>
      </w:r>
    </w:p>
    <w:p w14:paraId="3A7011A2" w14:textId="558B38F3" w:rsidR="00CA33A5" w:rsidRDefault="00000000">
      <w:pPr>
        <w:pStyle w:val="Otsikko1"/>
      </w:pPr>
      <w:r>
        <w:t xml:space="preserve">4. Video om BBLL5 </w:t>
      </w:r>
      <w:proofErr w:type="spellStart"/>
      <w:r>
        <w:t>är</w:t>
      </w:r>
      <w:proofErr w:type="spellEnd"/>
      <w:r>
        <w:t xml:space="preserve"> under </w:t>
      </w:r>
      <w:r w:rsidR="00606CF5">
        <w:t>production</w:t>
      </w:r>
    </w:p>
    <w:p w14:paraId="033C0E62" w14:textId="77777777" w:rsidR="00606CF5" w:rsidRDefault="00606CF5" w:rsidP="00606CF5"/>
    <w:p w14:paraId="6E1864AC" w14:textId="683A3B88" w:rsidR="00606CF5" w:rsidRDefault="00606CF5" w:rsidP="00606CF5">
      <w:r w:rsidRPr="00606CF5">
        <w:t xml:space="preserve">Med </w:t>
      </w:r>
      <w:proofErr w:type="spellStart"/>
      <w:r w:rsidRPr="00606CF5">
        <w:t>lionhälsningar</w:t>
      </w:r>
      <w:proofErr w:type="spellEnd"/>
      <w:r w:rsidRPr="00606CF5">
        <w:t>,</w:t>
      </w:r>
    </w:p>
    <w:p w14:paraId="25F163C9" w14:textId="5BC9F712" w:rsidR="00606CF5" w:rsidRPr="00606CF5" w:rsidRDefault="00606CF5" w:rsidP="00606CF5">
      <w:r w:rsidRPr="00606CF5">
        <w:t>Vesa Halinen</w:t>
      </w:r>
      <w:r w:rsidRPr="00606CF5">
        <w:br/>
        <w:t>Lions Club Helsinki/</w:t>
      </w:r>
      <w:proofErr w:type="spellStart"/>
      <w:r w:rsidRPr="00606CF5">
        <w:t>Katajanokka</w:t>
      </w:r>
      <w:proofErr w:type="spellEnd"/>
      <w:r w:rsidRPr="00606CF5">
        <w:br/>
      </w:r>
      <w:proofErr w:type="spellStart"/>
      <w:r w:rsidRPr="00606CF5">
        <w:t>Landsansvarig</w:t>
      </w:r>
      <w:proofErr w:type="spellEnd"/>
      <w:r w:rsidRPr="00606CF5">
        <w:t xml:space="preserve"> för LCIF BBLL5 Finland</w:t>
      </w:r>
      <w:r w:rsidRPr="00606CF5">
        <w:br/>
        <w:t>LCIF-</w:t>
      </w:r>
      <w:proofErr w:type="spellStart"/>
      <w:r w:rsidRPr="00606CF5">
        <w:t>koordinator</w:t>
      </w:r>
      <w:proofErr w:type="spellEnd"/>
      <w:r w:rsidRPr="00606CF5">
        <w:t xml:space="preserve"> för </w:t>
      </w:r>
      <w:proofErr w:type="spellStart"/>
      <w:r w:rsidRPr="00606CF5">
        <w:t>distrikt</w:t>
      </w:r>
      <w:proofErr w:type="spellEnd"/>
      <w:r w:rsidRPr="00606CF5">
        <w:t xml:space="preserve"> N</w:t>
      </w:r>
      <w:r w:rsidRPr="00606CF5">
        <w:br/>
        <w:t>+358 44 2369 400</w:t>
      </w:r>
      <w:r>
        <w:t xml:space="preserve">, </w:t>
      </w:r>
      <w:hyperlink r:id="rId9" w:history="1">
        <w:r w:rsidRPr="00606CF5">
          <w:rPr>
            <w:rStyle w:val="Hyperlinkki"/>
          </w:rPr>
          <w:t>vesa.halinen@lions.fi</w:t>
        </w:r>
      </w:hyperlink>
    </w:p>
    <w:p w14:paraId="08E3A37C" w14:textId="77777777" w:rsidR="00606CF5" w:rsidRPr="00606CF5" w:rsidRDefault="00606CF5" w:rsidP="00606CF5"/>
    <w:sectPr w:rsidR="00606CF5" w:rsidRPr="00606CF5" w:rsidSect="00034616">
      <w:head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9A16" w14:textId="77777777" w:rsidR="00D52D90" w:rsidRDefault="00D52D90" w:rsidP="00731E0B">
      <w:pPr>
        <w:spacing w:after="0" w:line="240" w:lineRule="auto"/>
      </w:pPr>
      <w:r>
        <w:separator/>
      </w:r>
    </w:p>
  </w:endnote>
  <w:endnote w:type="continuationSeparator" w:id="0">
    <w:p w14:paraId="63D9C625" w14:textId="77777777" w:rsidR="00D52D90" w:rsidRDefault="00D52D90" w:rsidP="0073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43F00" w14:textId="77777777" w:rsidR="00D52D90" w:rsidRDefault="00D52D90" w:rsidP="00731E0B">
      <w:pPr>
        <w:spacing w:after="0" w:line="240" w:lineRule="auto"/>
      </w:pPr>
      <w:r>
        <w:separator/>
      </w:r>
    </w:p>
  </w:footnote>
  <w:footnote w:type="continuationSeparator" w:id="0">
    <w:p w14:paraId="37BF71C5" w14:textId="77777777" w:rsidR="00D52D90" w:rsidRDefault="00D52D90" w:rsidP="00731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4809" w14:textId="710EF5DE" w:rsidR="00731E0B" w:rsidRDefault="00731E0B">
    <w:pPr>
      <w:pStyle w:val="Yltunnis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D0BF79" wp14:editId="503EB05D">
          <wp:simplePos x="0" y="0"/>
          <wp:positionH relativeFrom="column">
            <wp:posOffset>5069205</wp:posOffset>
          </wp:positionH>
          <wp:positionV relativeFrom="paragraph">
            <wp:posOffset>-457200</wp:posOffset>
          </wp:positionV>
          <wp:extent cx="1220506" cy="1228725"/>
          <wp:effectExtent l="0" t="0" r="0" b="0"/>
          <wp:wrapNone/>
          <wp:docPr id="206993349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506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727AAE4" wp14:editId="79A9A073">
          <wp:simplePos x="0" y="0"/>
          <wp:positionH relativeFrom="page">
            <wp:posOffset>-238125</wp:posOffset>
          </wp:positionH>
          <wp:positionV relativeFrom="paragraph">
            <wp:posOffset>-723900</wp:posOffset>
          </wp:positionV>
          <wp:extent cx="3065014" cy="1609725"/>
          <wp:effectExtent l="0" t="0" r="2540" b="0"/>
          <wp:wrapNone/>
          <wp:docPr id="652546127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9318" cy="1611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670285">
    <w:abstractNumId w:val="8"/>
  </w:num>
  <w:num w:numId="2" w16cid:durableId="1923292620">
    <w:abstractNumId w:val="6"/>
  </w:num>
  <w:num w:numId="3" w16cid:durableId="2131167115">
    <w:abstractNumId w:val="5"/>
  </w:num>
  <w:num w:numId="4" w16cid:durableId="750977156">
    <w:abstractNumId w:val="4"/>
  </w:num>
  <w:num w:numId="5" w16cid:durableId="1186020341">
    <w:abstractNumId w:val="7"/>
  </w:num>
  <w:num w:numId="6" w16cid:durableId="996304231">
    <w:abstractNumId w:val="3"/>
  </w:num>
  <w:num w:numId="7" w16cid:durableId="96800583">
    <w:abstractNumId w:val="2"/>
  </w:num>
  <w:num w:numId="8" w16cid:durableId="563610042">
    <w:abstractNumId w:val="1"/>
  </w:num>
  <w:num w:numId="9" w16cid:durableId="134513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57"/>
    <w:rsid w:val="00034616"/>
    <w:rsid w:val="0006063C"/>
    <w:rsid w:val="0015074B"/>
    <w:rsid w:val="0028400D"/>
    <w:rsid w:val="0029639D"/>
    <w:rsid w:val="002B1C8D"/>
    <w:rsid w:val="00326F90"/>
    <w:rsid w:val="00594BB4"/>
    <w:rsid w:val="00606CF5"/>
    <w:rsid w:val="006B34B7"/>
    <w:rsid w:val="00731E0B"/>
    <w:rsid w:val="0086569C"/>
    <w:rsid w:val="008B750E"/>
    <w:rsid w:val="00AA1D8D"/>
    <w:rsid w:val="00B057E1"/>
    <w:rsid w:val="00B47730"/>
    <w:rsid w:val="00CA33A5"/>
    <w:rsid w:val="00CB0664"/>
    <w:rsid w:val="00D03D99"/>
    <w:rsid w:val="00D52D90"/>
    <w:rsid w:val="00EE56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1ECE37"/>
  <w14:defaultImageDpi w14:val="300"/>
  <w15:docId w15:val="{DF6E3E6E-BF96-41E8-AA2B-ABE05D29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23B68"/>
      <w:sz w:val="24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23B68"/>
      <w:sz w:val="22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23B68"/>
      <w:spacing w:val="5"/>
      <w:kern w:val="28"/>
      <w:sz w:val="30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ki">
    <w:name w:val="Hyperlink"/>
    <w:basedOn w:val="Kappaleenoletusfontti"/>
    <w:uiPriority w:val="99"/>
    <w:unhideWhenUsed/>
    <w:rsid w:val="00606CF5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06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esa.halinen@lions.f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Vesa Halinen</cp:lastModifiedBy>
  <cp:revision>7</cp:revision>
  <dcterms:created xsi:type="dcterms:W3CDTF">2026-10-12T09:33:00Z</dcterms:created>
  <dcterms:modified xsi:type="dcterms:W3CDTF">2026-10-12T12:23:00Z</dcterms:modified>
  <cp:category/>
</cp:coreProperties>
</file>