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E742" w14:textId="2EE58ECF" w:rsidR="001F379B" w:rsidRDefault="001F379B">
      <w:pPr>
        <w:spacing w:before="100" w:after="0"/>
        <w:jc w:val="center"/>
        <w:rPr>
          <w:b/>
          <w:color w:val="0B4A86"/>
          <w:sz w:val="56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E3A17CD" wp14:editId="3CF7FCDE">
            <wp:simplePos x="0" y="0"/>
            <wp:positionH relativeFrom="column">
              <wp:posOffset>4899025</wp:posOffset>
            </wp:positionH>
            <wp:positionV relativeFrom="paragraph">
              <wp:posOffset>-431165</wp:posOffset>
            </wp:positionV>
            <wp:extent cx="1496592" cy="1104628"/>
            <wp:effectExtent l="0" t="0" r="889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6592" cy="1104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AF1B256" wp14:editId="568D771D">
            <wp:simplePos x="0" y="0"/>
            <wp:positionH relativeFrom="column">
              <wp:posOffset>181610</wp:posOffset>
            </wp:positionH>
            <wp:positionV relativeFrom="paragraph">
              <wp:posOffset>-190500</wp:posOffset>
            </wp:positionV>
            <wp:extent cx="2232000" cy="65489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2000" cy="654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A4B99" w14:textId="27CF6BED" w:rsidR="00EF5EBC" w:rsidRDefault="00000000">
      <w:pPr>
        <w:spacing w:before="100" w:after="0"/>
        <w:jc w:val="center"/>
      </w:pPr>
      <w:r>
        <w:rPr>
          <w:b/>
          <w:color w:val="0B4A86"/>
          <w:sz w:val="56"/>
        </w:rPr>
        <w:t>BABY LIFELINE 5</w:t>
      </w:r>
    </w:p>
    <w:p w14:paraId="1122FB69" w14:textId="77777777" w:rsidR="00EF5EBC" w:rsidRDefault="00000000">
      <w:pPr>
        <w:spacing w:after="140"/>
        <w:jc w:val="center"/>
      </w:pPr>
      <w:r>
        <w:rPr>
          <w:b/>
          <w:color w:val="19A9CE"/>
          <w:sz w:val="32"/>
        </w:rPr>
        <w:t>KLUBIN AKTIVOINTIPAKETTI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EF5EBC" w14:paraId="3A3785BE" w14:textId="77777777">
        <w:trPr>
          <w:jc w:val="center"/>
        </w:trPr>
        <w:tc>
          <w:tcPr>
            <w:tcW w:w="10318" w:type="dxa"/>
            <w:shd w:val="clear" w:color="auto" w:fill="0B4A86"/>
            <w:tcMar>
              <w:top w:w="180" w:type="dxa"/>
              <w:left w:w="100" w:type="dxa"/>
              <w:bottom w:w="180" w:type="dxa"/>
              <w:right w:w="100" w:type="dxa"/>
            </w:tcMar>
          </w:tcPr>
          <w:p w14:paraId="0613A1EC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32"/>
              </w:rPr>
              <w:t>YKSI KLUBI - YKSI REPPU</w:t>
            </w:r>
          </w:p>
        </w:tc>
      </w:tr>
    </w:tbl>
    <w:p w14:paraId="7F12ADE6" w14:textId="77777777" w:rsidR="00EF5EBC" w:rsidRDefault="00000000">
      <w:pPr>
        <w:spacing w:before="160" w:after="160"/>
        <w:jc w:val="center"/>
      </w:pPr>
      <w:r>
        <w:rPr>
          <w:color w:val="1F2A35"/>
          <w:sz w:val="22"/>
        </w:rPr>
        <w:t>Konkreettinen paikallinen Lions-aktiviteetti, jolla klubi voi mahdollistaa</w:t>
      </w:r>
      <w:r>
        <w:rPr>
          <w:color w:val="1F2A35"/>
          <w:sz w:val="22"/>
        </w:rPr>
        <w:br/>
        <w:t>Baby LifeLine -repun terveydenhuollon ammattilaisten käyttöön Ukrainassa.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EF5EBC" w14:paraId="24BD553C" w14:textId="77777777">
        <w:trPr>
          <w:jc w:val="center"/>
        </w:trPr>
        <w:tc>
          <w:tcPr>
            <w:tcW w:w="3118" w:type="dxa"/>
            <w:shd w:val="clear" w:color="auto" w:fill="19A9CE"/>
            <w:tcMar>
              <w:top w:w="170" w:type="dxa"/>
              <w:left w:w="130" w:type="dxa"/>
              <w:bottom w:w="170" w:type="dxa"/>
              <w:right w:w="130" w:type="dxa"/>
            </w:tcMar>
          </w:tcPr>
          <w:p w14:paraId="0AA655A2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44"/>
              </w:rPr>
              <w:t>1 200 €</w:t>
            </w:r>
          </w:p>
          <w:p w14:paraId="2A2FCBBE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YHDEN REPUN TAVOITE</w:t>
            </w:r>
          </w:p>
        </w:tc>
        <w:tc>
          <w:tcPr>
            <w:tcW w:w="3118" w:type="dxa"/>
            <w:shd w:val="clear" w:color="auto" w:fill="0B4A86"/>
            <w:tcMar>
              <w:top w:w="170" w:type="dxa"/>
              <w:left w:w="130" w:type="dxa"/>
              <w:bottom w:w="170" w:type="dxa"/>
              <w:right w:w="130" w:type="dxa"/>
            </w:tcMar>
          </w:tcPr>
          <w:p w14:paraId="06A81217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44"/>
              </w:rPr>
              <w:t>200</w:t>
            </w:r>
          </w:p>
          <w:p w14:paraId="78CABC91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SUOMEN VÄHIMMÄISTAVOITE</w:t>
            </w:r>
          </w:p>
        </w:tc>
        <w:tc>
          <w:tcPr>
            <w:tcW w:w="3118" w:type="dxa"/>
            <w:shd w:val="clear" w:color="auto" w:fill="5A6D7E"/>
            <w:tcMar>
              <w:top w:w="170" w:type="dxa"/>
              <w:left w:w="130" w:type="dxa"/>
              <w:bottom w:w="170" w:type="dxa"/>
              <w:right w:w="130" w:type="dxa"/>
            </w:tcMar>
          </w:tcPr>
          <w:p w14:paraId="14B0FA11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44"/>
              </w:rPr>
              <w:t>15.6.2027</w:t>
            </w:r>
          </w:p>
          <w:p w14:paraId="64762D86" w14:textId="77777777" w:rsidR="00EF5EBC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VARAINHANKINNAN MÄÄRÄPÄIVÄ</w:t>
            </w:r>
          </w:p>
        </w:tc>
      </w:tr>
    </w:tbl>
    <w:p w14:paraId="0E7B9353" w14:textId="77777777" w:rsidR="00EF5EBC" w:rsidRDefault="00000000">
      <w:pPr>
        <w:spacing w:before="180" w:after="60"/>
      </w:pPr>
      <w:r>
        <w:rPr>
          <w:b/>
          <w:color w:val="0B4A86"/>
          <w:sz w:val="28"/>
        </w:rPr>
        <w:t>Mikä Baby LifeLine 5 on?</w:t>
      </w:r>
    </w:p>
    <w:p w14:paraId="35CF974B" w14:textId="45C29C1E" w:rsidR="00EF5EBC" w:rsidRDefault="00000000">
      <w:pPr>
        <w:spacing w:after="100" w:line="259" w:lineRule="auto"/>
      </w:pPr>
      <w:r>
        <w:rPr>
          <w:color w:val="1F2A35"/>
          <w:sz w:val="19"/>
        </w:rPr>
        <w:t xml:space="preserve">Baby LifeLine 5 (BBLL5) on Lions Clubs International Foundationin (LCIF) ja Euroopan Lionsien virallinen </w:t>
      </w:r>
      <w:proofErr w:type="spellStart"/>
      <w:r>
        <w:rPr>
          <w:color w:val="1F2A35"/>
          <w:sz w:val="19"/>
        </w:rPr>
        <w:t>yhteistyöhanke</w:t>
      </w:r>
      <w:proofErr w:type="spellEnd"/>
      <w:r>
        <w:rPr>
          <w:color w:val="1F2A35"/>
          <w:sz w:val="19"/>
        </w:rPr>
        <w:t xml:space="preserve"> </w:t>
      </w:r>
      <w:proofErr w:type="spellStart"/>
      <w:r>
        <w:rPr>
          <w:color w:val="1F2A35"/>
          <w:sz w:val="19"/>
        </w:rPr>
        <w:t>sekä</w:t>
      </w:r>
      <w:proofErr w:type="spellEnd"/>
      <w:r>
        <w:rPr>
          <w:color w:val="1F2A35"/>
          <w:sz w:val="19"/>
        </w:rPr>
        <w:t xml:space="preserve"> </w:t>
      </w:r>
      <w:proofErr w:type="spellStart"/>
      <w:r>
        <w:rPr>
          <w:color w:val="1F2A35"/>
          <w:sz w:val="19"/>
        </w:rPr>
        <w:t>jatkumo</w:t>
      </w:r>
      <w:proofErr w:type="spellEnd"/>
      <w:r>
        <w:rPr>
          <w:color w:val="1F2A35"/>
          <w:sz w:val="19"/>
        </w:rPr>
        <w:t xml:space="preserve"> WICTU1-4-hankkeille</w:t>
      </w:r>
      <w:r w:rsidR="001F379B">
        <w:rPr>
          <w:color w:val="1F2A35"/>
          <w:sz w:val="19"/>
        </w:rPr>
        <w:t xml:space="preserve"> </w:t>
      </w:r>
      <w:proofErr w:type="spellStart"/>
      <w:r>
        <w:rPr>
          <w:color w:val="1F2A35"/>
          <w:sz w:val="19"/>
        </w:rPr>
        <w:t>Ukrainaan</w:t>
      </w:r>
      <w:proofErr w:type="spellEnd"/>
      <w:r>
        <w:rPr>
          <w:color w:val="1F2A35"/>
          <w:sz w:val="19"/>
        </w:rPr>
        <w:t>.</w:t>
      </w:r>
    </w:p>
    <w:p w14:paraId="77EBDE4D" w14:textId="77777777" w:rsidR="00EF5EBC" w:rsidRDefault="00000000">
      <w:pPr>
        <w:spacing w:after="100" w:line="259" w:lineRule="auto"/>
      </w:pPr>
      <w:r>
        <w:rPr>
          <w:color w:val="1F2A35"/>
          <w:sz w:val="19"/>
        </w:rPr>
        <w:t>Baby LifeLine -synnytysreppu sisältää terveydenhuollon ammattilaisille välineitä turvallisemman synnytyksen ja vastasyntyneen ensihoidon tueksi vaativissa olosuhteissa.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EF5EBC" w14:paraId="39A20553" w14:textId="77777777">
        <w:trPr>
          <w:jc w:val="center"/>
        </w:trPr>
        <w:tc>
          <w:tcPr>
            <w:tcW w:w="10318" w:type="dxa"/>
            <w:shd w:val="clear" w:color="auto" w:fill="EAF6FA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2EBC29CF" w14:textId="77777777" w:rsidR="00EF5EBC" w:rsidRDefault="00000000">
            <w:r>
              <w:rPr>
                <w:b/>
                <w:color w:val="0B4A86"/>
              </w:rPr>
              <w:t>Klubi voi saavuttaa tavoitteen omalla tavallaan:</w:t>
            </w:r>
          </w:p>
          <w:p w14:paraId="039CAB2B" w14:textId="77777777" w:rsidR="00EF5EBC" w:rsidRDefault="00000000">
            <w:pPr>
              <w:spacing w:after="6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rahoittaa kokonaisen repun</w:t>
            </w:r>
          </w:p>
          <w:p w14:paraId="2C5F303E" w14:textId="77777777" w:rsidR="00EF5EBC" w:rsidRDefault="00000000">
            <w:pPr>
              <w:spacing w:after="6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kerätä summan omalla aktiviteetilla</w:t>
            </w:r>
          </w:p>
          <w:p w14:paraId="5ACA8706" w14:textId="77777777" w:rsidR="00EF5EBC" w:rsidRDefault="00000000">
            <w:pPr>
              <w:spacing w:after="6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osallistua yhdessä muiden klubien kanssa</w:t>
            </w:r>
          </w:p>
          <w:p w14:paraId="26AADC7B" w14:textId="77777777" w:rsidR="00EF5EBC" w:rsidRDefault="00000000">
            <w:pPr>
              <w:spacing w:after="6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haastaa paikallisia yrityksiä ja yhteistyökumppaneita mukaan</w:t>
            </w:r>
          </w:p>
          <w:p w14:paraId="03D9125C" w14:textId="77777777" w:rsidR="00EF5EBC" w:rsidRDefault="00000000">
            <w:pPr>
              <w:spacing w:before="40" w:after="0"/>
            </w:pPr>
            <w:r>
              <w:rPr>
                <w:b/>
                <w:color w:val="0B4A86"/>
                <w:sz w:val="18"/>
              </w:rPr>
              <w:t>BBLL5-lahjoitukset kerryttävät MJF-krediittejä.</w:t>
            </w:r>
          </w:p>
        </w:tc>
      </w:tr>
    </w:tbl>
    <w:p w14:paraId="17B319F2" w14:textId="77777777" w:rsidR="00EF5EBC" w:rsidRDefault="00000000">
      <w:pPr>
        <w:spacing w:before="140" w:after="0"/>
        <w:jc w:val="center"/>
      </w:pPr>
      <w:r>
        <w:rPr>
          <w:b/>
          <w:color w:val="19A9CE"/>
        </w:rPr>
        <w:t>Pienikin lahjoitus auttaa. Tehdään tämä yhdessä.</w:t>
      </w:r>
    </w:p>
    <w:p w14:paraId="4CF715C1" w14:textId="77777777" w:rsidR="00EF5EBC" w:rsidRDefault="00000000">
      <w:r>
        <w:br w:type="page"/>
      </w:r>
    </w:p>
    <w:p w14:paraId="3E0A79D6" w14:textId="77777777" w:rsidR="00EF5EBC" w:rsidRDefault="00000000">
      <w:pPr>
        <w:spacing w:after="40"/>
      </w:pPr>
      <w:r>
        <w:rPr>
          <w:b/>
          <w:color w:val="0B4A86"/>
          <w:sz w:val="38"/>
        </w:rPr>
        <w:lastRenderedPageBreak/>
        <w:t>Näin klubi toteuttaa paikallisen aktiviteetin</w:t>
      </w:r>
    </w:p>
    <w:p w14:paraId="32F0CFB9" w14:textId="77777777" w:rsidR="00EF5EBC" w:rsidRDefault="00000000">
      <w:pPr>
        <w:spacing w:after="140"/>
      </w:pPr>
      <w:r>
        <w:rPr>
          <w:color w:val="5E6B75"/>
          <w:sz w:val="19"/>
        </w:rPr>
        <w:t>Valitkaa yksi helppo malli tai yhdistäkää useampi tapa.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EF5EBC" w14:paraId="20C162A6" w14:textId="77777777">
        <w:trPr>
          <w:jc w:val="center"/>
        </w:trPr>
        <w:tc>
          <w:tcPr>
            <w:tcW w:w="2381" w:type="dxa"/>
            <w:shd w:val="clear" w:color="auto" w:fill="EAF6F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5B5DC2E6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32"/>
              </w:rPr>
              <w:t>1</w:t>
            </w:r>
          </w:p>
          <w:p w14:paraId="370AD177" w14:textId="77777777" w:rsidR="00EF5EBC" w:rsidRDefault="00000000">
            <w:pPr>
              <w:jc w:val="center"/>
            </w:pPr>
            <w:r>
              <w:rPr>
                <w:b/>
                <w:color w:val="0B4A86"/>
                <w:sz w:val="19"/>
              </w:rPr>
              <w:t>PÄÄTÄ</w:t>
            </w:r>
          </w:p>
          <w:p w14:paraId="351288E4" w14:textId="77777777" w:rsidR="00EF5EBC" w:rsidRDefault="00000000">
            <w:pPr>
              <w:jc w:val="center"/>
            </w:pPr>
            <w:r>
              <w:rPr>
                <w:color w:val="1F2A35"/>
                <w:sz w:val="15"/>
              </w:rPr>
              <w:t>Osallistuminen ja oma euromääräinen tavoite.</w:t>
            </w:r>
          </w:p>
        </w:tc>
        <w:tc>
          <w:tcPr>
            <w:tcW w:w="2381" w:type="dxa"/>
            <w:shd w:val="clear" w:color="auto" w:fill="F5F7F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231A5152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32"/>
              </w:rPr>
              <w:t>2</w:t>
            </w:r>
          </w:p>
          <w:p w14:paraId="43AE7CFF" w14:textId="77777777" w:rsidR="00EF5EBC" w:rsidRDefault="00000000">
            <w:pPr>
              <w:jc w:val="center"/>
            </w:pPr>
            <w:r>
              <w:rPr>
                <w:b/>
                <w:color w:val="0B4A86"/>
                <w:sz w:val="19"/>
              </w:rPr>
              <w:t>NIMEÄ</w:t>
            </w:r>
          </w:p>
          <w:p w14:paraId="17FE240C" w14:textId="77777777" w:rsidR="00EF5EBC" w:rsidRDefault="00000000">
            <w:pPr>
              <w:jc w:val="center"/>
            </w:pPr>
            <w:r>
              <w:rPr>
                <w:color w:val="1F2A35"/>
                <w:sz w:val="15"/>
              </w:rPr>
              <w:t>BBLL5-vastuuhenkilö ja pieni toteutustiimi.</w:t>
            </w:r>
          </w:p>
        </w:tc>
        <w:tc>
          <w:tcPr>
            <w:tcW w:w="2381" w:type="dxa"/>
            <w:shd w:val="clear" w:color="auto" w:fill="EAF6F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0BB998EF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32"/>
              </w:rPr>
              <w:t>3</w:t>
            </w:r>
          </w:p>
          <w:p w14:paraId="6A2CC19E" w14:textId="77777777" w:rsidR="00EF5EBC" w:rsidRDefault="00000000">
            <w:pPr>
              <w:jc w:val="center"/>
            </w:pPr>
            <w:r>
              <w:rPr>
                <w:b/>
                <w:color w:val="0B4A86"/>
                <w:sz w:val="19"/>
              </w:rPr>
              <w:t>TOTEUTA</w:t>
            </w:r>
          </w:p>
          <w:p w14:paraId="520CBE76" w14:textId="77777777" w:rsidR="00EF5EBC" w:rsidRDefault="00000000">
            <w:pPr>
              <w:jc w:val="center"/>
            </w:pPr>
            <w:r>
              <w:rPr>
                <w:color w:val="1F2A35"/>
                <w:sz w:val="15"/>
              </w:rPr>
              <w:t>Jäsenhaaste, yrityshaaste, tapahtuma tai yhteisaktiviteetti.</w:t>
            </w:r>
          </w:p>
        </w:tc>
        <w:tc>
          <w:tcPr>
            <w:tcW w:w="2381" w:type="dxa"/>
            <w:shd w:val="clear" w:color="auto" w:fill="F5F7FA"/>
            <w:tcMar>
              <w:top w:w="120" w:type="dxa"/>
              <w:left w:w="90" w:type="dxa"/>
              <w:bottom w:w="120" w:type="dxa"/>
              <w:right w:w="90" w:type="dxa"/>
            </w:tcMar>
          </w:tcPr>
          <w:p w14:paraId="4DF39C91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32"/>
              </w:rPr>
              <w:t>4</w:t>
            </w:r>
          </w:p>
          <w:p w14:paraId="15CA4F81" w14:textId="77777777" w:rsidR="00EF5EBC" w:rsidRDefault="00000000">
            <w:pPr>
              <w:jc w:val="center"/>
            </w:pPr>
            <w:r>
              <w:rPr>
                <w:b/>
                <w:color w:val="0B4A86"/>
                <w:sz w:val="19"/>
              </w:rPr>
              <w:t>VIE MAALIIN</w:t>
            </w:r>
          </w:p>
          <w:p w14:paraId="0D58BFC3" w14:textId="77777777" w:rsidR="00EF5EBC" w:rsidRDefault="00000000">
            <w:pPr>
              <w:jc w:val="center"/>
            </w:pPr>
            <w:r>
              <w:rPr>
                <w:color w:val="1F2A35"/>
                <w:sz w:val="15"/>
              </w:rPr>
              <w:t>Seuraa tavoitetta, maksa lahjoitus ja viesti tuloksesta.</w:t>
            </w:r>
          </w:p>
        </w:tc>
      </w:tr>
    </w:tbl>
    <w:p w14:paraId="35F246BC" w14:textId="77777777" w:rsidR="00EF5EBC" w:rsidRDefault="00000000">
      <w:pPr>
        <w:spacing w:before="160"/>
      </w:pPr>
      <w:r>
        <w:rPr>
          <w:b/>
          <w:color w:val="0B4A86"/>
          <w:sz w:val="27"/>
        </w:rPr>
        <w:t>Neljä valmista toteutusmallia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EF5EBC" w14:paraId="1A1583EC" w14:textId="77777777">
        <w:trPr>
          <w:jc w:val="center"/>
        </w:trPr>
        <w:tc>
          <w:tcPr>
            <w:tcW w:w="4762" w:type="dxa"/>
            <w:tcBorders>
              <w:top w:val="single" w:sz="7" w:space="0" w:color="19A9CE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5F7F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A905844" w14:textId="77777777" w:rsidR="00EF5EBC" w:rsidRDefault="00000000">
            <w:pPr>
              <w:spacing w:after="60"/>
            </w:pPr>
            <w:r>
              <w:rPr>
                <w:b/>
                <w:color w:val="0B4A86"/>
                <w:sz w:val="23"/>
              </w:rPr>
              <w:t>A. JÄSENHAASTE</w:t>
            </w:r>
          </w:p>
          <w:p w14:paraId="7E96E47E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20 jäsentä x 60 € = 1 200 €</w:t>
            </w:r>
          </w:p>
          <w:p w14:paraId="7DC8B406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30 jäsentä x 40 € = 1 200 €</w:t>
            </w:r>
          </w:p>
          <w:p w14:paraId="17AF4CEF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Osallistuminen on vapaaehtoista - jokainen voi osallistua haluamallaan summalla.</w:t>
            </w:r>
          </w:p>
        </w:tc>
        <w:tc>
          <w:tcPr>
            <w:tcW w:w="4762" w:type="dxa"/>
            <w:tcBorders>
              <w:top w:val="single" w:sz="7" w:space="0" w:color="F4C542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5F7F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B271EF4" w14:textId="77777777" w:rsidR="00EF5EBC" w:rsidRDefault="00000000">
            <w:pPr>
              <w:spacing w:after="60"/>
            </w:pPr>
            <w:r>
              <w:rPr>
                <w:b/>
                <w:color w:val="0B4A86"/>
                <w:sz w:val="23"/>
              </w:rPr>
              <w:t>B. YRITYSHAASTE</w:t>
            </w:r>
          </w:p>
          <w:p w14:paraId="66DB3DF8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Valitkaa 10-20 paikallista yritystä.</w:t>
            </w:r>
          </w:p>
          <w:p w14:paraId="03E5504E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Esimerkki: 12 yritystä x 100 € = 1 200 €.</w:t>
            </w:r>
          </w:p>
          <w:p w14:paraId="0F466175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Jäsenet ottavat henkilökohtaisesti yhteyttä tuttuihin yrittäjiin ja kumppaneihin.</w:t>
            </w:r>
          </w:p>
        </w:tc>
      </w:tr>
      <w:tr w:rsidR="00EF5EBC" w14:paraId="3E706ADB" w14:textId="77777777">
        <w:trPr>
          <w:jc w:val="center"/>
        </w:trPr>
        <w:tc>
          <w:tcPr>
            <w:tcW w:w="4762" w:type="dxa"/>
            <w:tcBorders>
              <w:top w:val="single" w:sz="7" w:space="0" w:color="0B4A86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5F7F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4672B3F9" w14:textId="77777777" w:rsidR="00EF5EBC" w:rsidRDefault="00000000">
            <w:pPr>
              <w:spacing w:after="60"/>
            </w:pPr>
            <w:r>
              <w:rPr>
                <w:b/>
                <w:color w:val="0B4A86"/>
                <w:sz w:val="23"/>
              </w:rPr>
              <w:t>C. YKSI TAPAHTUMA - YKSI REPPU</w:t>
            </w:r>
          </w:p>
          <w:p w14:paraId="396F3CFC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Liittäkää BBLL5 markkinoihin, konserttiin, myyjäisiin tai muuhun paikalliseen tapahtumaan.</w:t>
            </w:r>
          </w:p>
          <w:p w14:paraId="7B836E1A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Viestikää selkeästi: tämän aktiviteetin tavoite on yksi reppu - 1 200 €.</w:t>
            </w:r>
          </w:p>
        </w:tc>
        <w:tc>
          <w:tcPr>
            <w:tcW w:w="4762" w:type="dxa"/>
            <w:tcBorders>
              <w:top w:val="single" w:sz="7" w:space="0" w:color="2F7D5B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5F7F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C23E47C" w14:textId="77777777" w:rsidR="00EF5EBC" w:rsidRDefault="00000000">
            <w:pPr>
              <w:spacing w:after="60"/>
            </w:pPr>
            <w:r>
              <w:rPr>
                <w:b/>
                <w:color w:val="0B4A86"/>
                <w:sz w:val="23"/>
              </w:rPr>
              <w:t>D. KLUBIEN YHTEINEN REPPU</w:t>
            </w:r>
          </w:p>
          <w:p w14:paraId="080171CB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Naapuriklubit voivat toteuttaa aktiviteetin yhdessä.</w:t>
            </w:r>
          </w:p>
          <w:p w14:paraId="3A773F41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Esimerkki: 3 klubia x 400 € = yksi reppu.</w:t>
            </w:r>
          </w:p>
          <w:p w14:paraId="0BC27789" w14:textId="77777777" w:rsidR="00EF5EBC" w:rsidRDefault="00000000">
            <w:pPr>
              <w:spacing w:after="10" w:line="252" w:lineRule="auto"/>
              <w:ind w:left="227" w:hanging="170"/>
            </w:pPr>
            <w:r>
              <w:rPr>
                <w:b/>
                <w:color w:val="19A9CE"/>
                <w:sz w:val="18"/>
              </w:rPr>
              <w:t xml:space="preserve">• </w:t>
            </w:r>
            <w:r>
              <w:rPr>
                <w:color w:val="1F2A35"/>
                <w:sz w:val="18"/>
              </w:rPr>
              <w:t>Yhteinen tekeminen pienentää työmäärää ja lisää paikallista näkyvyyttä.</w:t>
            </w:r>
          </w:p>
        </w:tc>
      </w:tr>
    </w:tbl>
    <w:p w14:paraId="79C03436" w14:textId="77777777" w:rsidR="00EF5EBC" w:rsidRDefault="00000000">
      <w:pPr>
        <w:spacing w:before="140"/>
      </w:pPr>
      <w:r>
        <w:rPr>
          <w:b/>
          <w:color w:val="0B4A86"/>
          <w:sz w:val="27"/>
        </w:rPr>
        <w:t>Suositeltu työnjako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76"/>
      </w:tblGrid>
      <w:tr w:rsidR="00EF5EBC" w14:paraId="399B30EA" w14:textId="77777777">
        <w:trPr>
          <w:jc w:val="center"/>
        </w:trPr>
        <w:tc>
          <w:tcPr>
            <w:tcW w:w="2948" w:type="dxa"/>
            <w:tcBorders>
              <w:bottom w:val="single" w:sz="3" w:space="0" w:color="D9E1E8"/>
            </w:tcBorders>
            <w:shd w:val="clear" w:color="auto" w:fill="0B4A8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A007F5" w14:textId="77777777" w:rsidR="00EF5EBC" w:rsidRDefault="00000000">
            <w:r>
              <w:rPr>
                <w:b/>
                <w:color w:val="FFFFFF"/>
                <w:sz w:val="17"/>
              </w:rPr>
              <w:t>BBLL5-vastuuhenkilö</w:t>
            </w:r>
          </w:p>
        </w:tc>
        <w:tc>
          <w:tcPr>
            <w:tcW w:w="6576" w:type="dxa"/>
            <w:tcBorders>
              <w:bottom w:val="single" w:sz="3" w:space="0" w:color="D9E1E8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5E2415" w14:textId="77777777" w:rsidR="00EF5EBC" w:rsidRDefault="00000000">
            <w:r>
              <w:rPr>
                <w:color w:val="1F2A35"/>
                <w:sz w:val="17"/>
              </w:rPr>
              <w:t>Koordinoi kokonaisuutta ja raportoi klubille.</w:t>
            </w:r>
          </w:p>
        </w:tc>
      </w:tr>
      <w:tr w:rsidR="00EF5EBC" w14:paraId="59797CA1" w14:textId="77777777">
        <w:trPr>
          <w:jc w:val="center"/>
        </w:trPr>
        <w:tc>
          <w:tcPr>
            <w:tcW w:w="2948" w:type="dxa"/>
            <w:tcBorders>
              <w:bottom w:val="single" w:sz="3" w:space="0" w:color="D9E1E8"/>
            </w:tcBorders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B06172" w14:textId="77777777" w:rsidR="00EF5EBC" w:rsidRDefault="00000000">
            <w:r>
              <w:rPr>
                <w:b/>
                <w:color w:val="0B4A86"/>
                <w:sz w:val="17"/>
              </w:rPr>
              <w:t>Yritysyhteistyö, 2-3 henkilöä</w:t>
            </w:r>
          </w:p>
        </w:tc>
        <w:tc>
          <w:tcPr>
            <w:tcW w:w="6576" w:type="dxa"/>
            <w:tcBorders>
              <w:bottom w:val="single" w:sz="3" w:space="0" w:color="D9E1E8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96FD20" w14:textId="77777777" w:rsidR="00EF5EBC" w:rsidRDefault="00000000">
            <w:r>
              <w:rPr>
                <w:color w:val="1F2A35"/>
                <w:sz w:val="17"/>
              </w:rPr>
              <w:t>Kontaktoi paikallisia yrityksiä ja yhteistyökumppaneita.</w:t>
            </w:r>
          </w:p>
        </w:tc>
      </w:tr>
      <w:tr w:rsidR="00EF5EBC" w14:paraId="7BFC6BAA" w14:textId="77777777">
        <w:trPr>
          <w:jc w:val="center"/>
        </w:trPr>
        <w:tc>
          <w:tcPr>
            <w:tcW w:w="2948" w:type="dxa"/>
            <w:tcBorders>
              <w:bottom w:val="single" w:sz="3" w:space="0" w:color="D9E1E8"/>
            </w:tcBorders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F1BAF" w14:textId="77777777" w:rsidR="00EF5EBC" w:rsidRDefault="00000000">
            <w:r>
              <w:rPr>
                <w:b/>
                <w:color w:val="0B4A86"/>
                <w:sz w:val="17"/>
              </w:rPr>
              <w:t>Viestintä, 1 henkilö</w:t>
            </w:r>
          </w:p>
        </w:tc>
        <w:tc>
          <w:tcPr>
            <w:tcW w:w="6576" w:type="dxa"/>
            <w:tcBorders>
              <w:bottom w:val="single" w:sz="3" w:space="0" w:color="D9E1E8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C5D154" w14:textId="77777777" w:rsidR="00EF5EBC" w:rsidRDefault="00000000">
            <w:r>
              <w:rPr>
                <w:color w:val="1F2A35"/>
                <w:sz w:val="17"/>
              </w:rPr>
              <w:t>Julkaisee valmiin somemainoksen ja kertoo tavoitteen etenemisestä.</w:t>
            </w:r>
          </w:p>
        </w:tc>
      </w:tr>
      <w:tr w:rsidR="00EF5EBC" w14:paraId="738AB0C1" w14:textId="77777777">
        <w:trPr>
          <w:jc w:val="center"/>
        </w:trPr>
        <w:tc>
          <w:tcPr>
            <w:tcW w:w="2948" w:type="dxa"/>
            <w:tcBorders>
              <w:bottom w:val="single" w:sz="3" w:space="0" w:color="D9E1E8"/>
            </w:tcBorders>
            <w:shd w:val="clear" w:color="auto" w:fill="F5F7F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BB452E" w14:textId="77777777" w:rsidR="00EF5EBC" w:rsidRDefault="00000000">
            <w:r>
              <w:rPr>
                <w:b/>
                <w:color w:val="0B4A86"/>
                <w:sz w:val="17"/>
              </w:rPr>
              <w:t>Aktiviteettitiimi, 2-4 henkilöä</w:t>
            </w:r>
          </w:p>
        </w:tc>
        <w:tc>
          <w:tcPr>
            <w:tcW w:w="6576" w:type="dxa"/>
            <w:tcBorders>
              <w:bottom w:val="single" w:sz="3" w:space="0" w:color="D9E1E8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59C942" w14:textId="77777777" w:rsidR="00EF5EBC" w:rsidRDefault="00000000">
            <w:r>
              <w:rPr>
                <w:color w:val="1F2A35"/>
                <w:sz w:val="17"/>
              </w:rPr>
              <w:t>Järjestää mahdollisen tapahtuman tai muun varainhankinta-aktiviteetin.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03"/>
      </w:tblGrid>
      <w:tr w:rsidR="00EF5EBC" w14:paraId="1E412066" w14:textId="77777777">
        <w:trPr>
          <w:jc w:val="center"/>
        </w:trPr>
        <w:tc>
          <w:tcPr>
            <w:tcW w:w="10318" w:type="dxa"/>
            <w:tcBorders>
              <w:left w:val="single" w:sz="12" w:space="0" w:color="F4C542"/>
            </w:tcBorders>
            <w:shd w:val="clear" w:color="auto" w:fill="FFF6D9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AABDCC4" w14:textId="77777777" w:rsidR="00EF5EBC" w:rsidRDefault="00000000">
            <w:r>
              <w:rPr>
                <w:b/>
                <w:color w:val="0B4A86"/>
                <w:sz w:val="20"/>
              </w:rPr>
              <w:t>Pidä aktiviteetti yksinkertaisena:</w:t>
            </w:r>
            <w:r>
              <w:rPr>
                <w:color w:val="1F2A35"/>
                <w:sz w:val="20"/>
              </w:rPr>
              <w:t xml:space="preserve"> päätös - tavoite - toteutus - seuranta - kiitos.</w:t>
            </w:r>
          </w:p>
        </w:tc>
      </w:tr>
    </w:tbl>
    <w:p w14:paraId="4384B0B0" w14:textId="77777777" w:rsidR="00EF5EBC" w:rsidRDefault="00000000">
      <w:r>
        <w:br w:type="page"/>
      </w:r>
    </w:p>
    <w:p w14:paraId="547B1C4A" w14:textId="77777777" w:rsidR="00EF5EBC" w:rsidRDefault="00000000">
      <w:pPr>
        <w:spacing w:after="40"/>
      </w:pPr>
      <w:r>
        <w:rPr>
          <w:b/>
          <w:color w:val="0B4A86"/>
          <w:sz w:val="38"/>
        </w:rPr>
        <w:lastRenderedPageBreak/>
        <w:t>Valmiit työkalut klubin käyttöön</w:t>
      </w:r>
    </w:p>
    <w:p w14:paraId="11F9203F" w14:textId="77777777" w:rsidR="00EF5EBC" w:rsidRDefault="00000000">
      <w:pPr>
        <w:spacing w:after="140"/>
      </w:pPr>
      <w:r>
        <w:rPr>
          <w:color w:val="5E6B75"/>
          <w:sz w:val="19"/>
        </w:rPr>
        <w:t>Kopioi tekstit sellaisenaan tai muokkaa klubin omaan tyyliin.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08"/>
      </w:tblGrid>
      <w:tr w:rsidR="00EF5EBC" w14:paraId="41F90CBE" w14:textId="77777777">
        <w:trPr>
          <w:jc w:val="center"/>
        </w:trPr>
        <w:tc>
          <w:tcPr>
            <w:tcW w:w="10318" w:type="dxa"/>
            <w:tcBorders>
              <w:top w:val="single" w:sz="7" w:space="0" w:color="F4C542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5F7F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56D0CE" w14:textId="77777777" w:rsidR="00EF5EBC" w:rsidRDefault="00000000">
            <w:r>
              <w:rPr>
                <w:b/>
                <w:color w:val="0B4A86"/>
                <w:sz w:val="23"/>
              </w:rPr>
              <w:t>VALMIS YRITYSHAASTE</w:t>
            </w:r>
          </w:p>
          <w:p w14:paraId="26951FFE" w14:textId="77777777" w:rsidR="00EF5EBC" w:rsidRDefault="00000000">
            <w:pPr>
              <w:spacing w:after="40"/>
            </w:pPr>
            <w:r>
              <w:rPr>
                <w:color w:val="1F2A35"/>
                <w:sz w:val="18"/>
              </w:rPr>
              <w:t>“Klubimme osallistuu Baby LifeLine 5 -hankkeeseen ja tavoittelee yhden täysin varustellun Baby LifeLine -repun rahoittamista Ukrainaan. Yhden repun tavoite on 1 200 euroa. Haluaisiko yrityksenne olla mukana mahdollistamassa yhtä reppua? Yrityksenne voi osallistua haluamallaan summalla. Pienikin lahjoitus auttaa.”</w:t>
            </w:r>
          </w:p>
        </w:tc>
      </w:tr>
      <w:tr w:rsidR="00EF5EBC" w14:paraId="48511D45" w14:textId="77777777">
        <w:trPr>
          <w:jc w:val="center"/>
        </w:trPr>
        <w:tc>
          <w:tcPr>
            <w:tcW w:w="10318" w:type="dxa"/>
            <w:tcBorders>
              <w:top w:val="single" w:sz="7" w:space="0" w:color="19A9CE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EAF6FA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0A6ABB14" w14:textId="77777777" w:rsidR="00EF5EBC" w:rsidRDefault="00000000">
            <w:r>
              <w:rPr>
                <w:b/>
                <w:color w:val="0B4A86"/>
                <w:sz w:val="23"/>
              </w:rPr>
              <w:t>VALMIS SOMEJULKAISU</w:t>
            </w:r>
          </w:p>
          <w:p w14:paraId="3B97B0E1" w14:textId="77777777" w:rsidR="00EF5EBC" w:rsidRDefault="00000000">
            <w:pPr>
              <w:spacing w:after="20"/>
            </w:pPr>
            <w:r>
              <w:rPr>
                <w:b/>
                <w:color w:val="19A9CE"/>
                <w:sz w:val="20"/>
              </w:rPr>
              <w:t>YKSI KLUBI - YKSI REPPU</w:t>
            </w:r>
          </w:p>
          <w:p w14:paraId="45696D92" w14:textId="77777777" w:rsidR="00EF5EBC" w:rsidRDefault="00000000">
            <w:r>
              <w:rPr>
                <w:color w:val="1F2A35"/>
                <w:sz w:val="18"/>
              </w:rPr>
              <w:t>Klubimme on mukana Baby LifeLine 5 -hankkeessa. Tavoitteemme on mahdollistaa yksi täysin varusteltu Baby LifeLine -reppu Ukrainaan. Yksi reppu = 1 200 €. Haastamme jäsenemme, paikalliset yritykset ja yhteistyökumppanit mukaan. Pienikin lahjoitus auttaa.</w:t>
            </w:r>
          </w:p>
          <w:p w14:paraId="789D5EF7" w14:textId="77777777" w:rsidR="00EF5EBC" w:rsidRDefault="00000000">
            <w:pPr>
              <w:spacing w:after="0"/>
            </w:pPr>
            <w:r>
              <w:rPr>
                <w:b/>
                <w:color w:val="0B4A86"/>
                <w:sz w:val="17"/>
              </w:rPr>
              <w:t>#BabyLifeLine5  #BBLL5  #Lions  #LCIF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EF5EBC" w14:paraId="5A68ABF3" w14:textId="77777777">
        <w:trPr>
          <w:jc w:val="center"/>
        </w:trPr>
        <w:tc>
          <w:tcPr>
            <w:tcW w:w="4762" w:type="dxa"/>
            <w:tcBorders>
              <w:top w:val="single" w:sz="5" w:space="0" w:color="19A9CE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FFFFF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6ADCBD80" w14:textId="77777777" w:rsidR="00EF5EBC" w:rsidRDefault="00000000">
            <w:r>
              <w:rPr>
                <w:b/>
                <w:color w:val="0B4A86"/>
                <w:sz w:val="22"/>
              </w:rPr>
              <w:t>TAVOITEMITTARI</w:t>
            </w:r>
          </w:p>
          <w:p w14:paraId="315EC4BF" w14:textId="77777777" w:rsidR="00EF5EBC" w:rsidRDefault="00000000">
            <w:pPr>
              <w:spacing w:after="20"/>
            </w:pPr>
            <w:r>
              <w:rPr>
                <w:b/>
                <w:color w:val="19A9CE"/>
                <w:sz w:val="20"/>
              </w:rPr>
              <w:t xml:space="preserve">□ </w:t>
            </w:r>
            <w:r>
              <w:rPr>
                <w:color w:val="1F2A35"/>
                <w:sz w:val="18"/>
              </w:rPr>
              <w:t>300 €  -  25 %</w:t>
            </w:r>
          </w:p>
          <w:p w14:paraId="1BAEA6EF" w14:textId="77777777" w:rsidR="00EF5EBC" w:rsidRDefault="00000000">
            <w:pPr>
              <w:spacing w:after="20"/>
            </w:pPr>
            <w:r>
              <w:rPr>
                <w:b/>
                <w:color w:val="19A9CE"/>
                <w:sz w:val="20"/>
              </w:rPr>
              <w:t xml:space="preserve">□ </w:t>
            </w:r>
            <w:r>
              <w:rPr>
                <w:color w:val="1F2A35"/>
                <w:sz w:val="18"/>
              </w:rPr>
              <w:t>600 €  -  50 %</w:t>
            </w:r>
          </w:p>
          <w:p w14:paraId="1646E69C" w14:textId="77777777" w:rsidR="00EF5EBC" w:rsidRDefault="00000000">
            <w:pPr>
              <w:spacing w:after="20"/>
            </w:pPr>
            <w:r>
              <w:rPr>
                <w:b/>
                <w:color w:val="19A9CE"/>
                <w:sz w:val="20"/>
              </w:rPr>
              <w:t xml:space="preserve">□ </w:t>
            </w:r>
            <w:r>
              <w:rPr>
                <w:color w:val="1F2A35"/>
                <w:sz w:val="18"/>
              </w:rPr>
              <w:t>900 €  -  75 %</w:t>
            </w:r>
          </w:p>
          <w:p w14:paraId="3909A299" w14:textId="77777777" w:rsidR="00EF5EBC" w:rsidRDefault="00000000">
            <w:pPr>
              <w:spacing w:after="20"/>
            </w:pPr>
            <w:r>
              <w:rPr>
                <w:b/>
                <w:color w:val="19A9CE"/>
                <w:sz w:val="20"/>
              </w:rPr>
              <w:t xml:space="preserve">□ </w:t>
            </w:r>
            <w:r>
              <w:rPr>
                <w:b/>
                <w:color w:val="1F2A35"/>
                <w:sz w:val="18"/>
              </w:rPr>
              <w:t>1 200 €  -  REPPU VALMIS</w:t>
            </w:r>
          </w:p>
        </w:tc>
        <w:tc>
          <w:tcPr>
            <w:tcW w:w="4762" w:type="dxa"/>
            <w:tcBorders>
              <w:top w:val="single" w:sz="5" w:space="0" w:color="0B4A86"/>
              <w:left w:val="single" w:sz="4" w:space="0" w:color="D9E1E8"/>
              <w:bottom w:val="single" w:sz="4" w:space="0" w:color="D9E1E8"/>
              <w:right w:val="single" w:sz="4" w:space="0" w:color="D9E1E8"/>
            </w:tcBorders>
            <w:shd w:val="clear" w:color="auto" w:fill="FFFFFF"/>
            <w:tcMar>
              <w:top w:w="120" w:type="dxa"/>
              <w:left w:w="130" w:type="dxa"/>
              <w:bottom w:w="120" w:type="dxa"/>
              <w:right w:w="130" w:type="dxa"/>
            </w:tcMar>
          </w:tcPr>
          <w:p w14:paraId="41AF9CB3" w14:textId="77777777" w:rsidR="00EF5EBC" w:rsidRDefault="00000000">
            <w:r>
              <w:rPr>
                <w:b/>
                <w:color w:val="0B4A86"/>
                <w:sz w:val="22"/>
              </w:rPr>
              <w:t>LAHJOITUSTIEDOT</w:t>
            </w:r>
          </w:p>
          <w:p w14:paraId="091B660F" w14:textId="77777777" w:rsidR="00EF5EBC" w:rsidRDefault="00000000">
            <w:pPr>
              <w:spacing w:after="16"/>
            </w:pPr>
            <w:r>
              <w:rPr>
                <w:b/>
                <w:color w:val="0B4A86"/>
                <w:sz w:val="17"/>
              </w:rPr>
              <w:t xml:space="preserve">Tilinomistaja: </w:t>
            </w:r>
            <w:r>
              <w:rPr>
                <w:color w:val="1F2A35"/>
                <w:sz w:val="17"/>
              </w:rPr>
              <w:t>Lions-piiri 107K ry</w:t>
            </w:r>
          </w:p>
          <w:p w14:paraId="7B26F78E" w14:textId="77777777" w:rsidR="00EF5EBC" w:rsidRDefault="00000000">
            <w:pPr>
              <w:spacing w:after="16"/>
            </w:pPr>
            <w:r>
              <w:rPr>
                <w:b/>
                <w:color w:val="0B4A86"/>
                <w:sz w:val="17"/>
              </w:rPr>
              <w:t xml:space="preserve">IBAN: </w:t>
            </w:r>
            <w:r>
              <w:rPr>
                <w:color w:val="1F2A35"/>
                <w:sz w:val="17"/>
              </w:rPr>
              <w:t>FI89 5465 0920 0214 22</w:t>
            </w:r>
          </w:p>
          <w:p w14:paraId="20F405F0" w14:textId="77777777" w:rsidR="00EF5EBC" w:rsidRDefault="00000000">
            <w:pPr>
              <w:spacing w:after="16"/>
            </w:pPr>
            <w:r>
              <w:rPr>
                <w:b/>
                <w:color w:val="0B4A86"/>
                <w:sz w:val="17"/>
              </w:rPr>
              <w:t xml:space="preserve">Klubien lahjoitukset: </w:t>
            </w:r>
            <w:r>
              <w:rPr>
                <w:color w:val="1F2A35"/>
                <w:sz w:val="17"/>
              </w:rPr>
              <w:t>Viite: klubin viitenumero</w:t>
            </w:r>
          </w:p>
          <w:p w14:paraId="4C948BB3" w14:textId="77777777" w:rsidR="00EF5EBC" w:rsidRDefault="00000000">
            <w:pPr>
              <w:spacing w:after="16"/>
            </w:pPr>
            <w:r>
              <w:rPr>
                <w:b/>
                <w:color w:val="0B4A86"/>
                <w:sz w:val="17"/>
              </w:rPr>
              <w:t xml:space="preserve">Henkilökohtaiset lahjoitukset: </w:t>
            </w:r>
            <w:r>
              <w:rPr>
                <w:color w:val="1F2A35"/>
                <w:sz w:val="17"/>
              </w:rPr>
              <w:t>Viesti: BBLL5 + oma Lions ID</w:t>
            </w:r>
          </w:p>
          <w:p w14:paraId="79C01EC0" w14:textId="77777777" w:rsidR="00EF5EBC" w:rsidRDefault="00000000">
            <w:pPr>
              <w:spacing w:before="40" w:after="0"/>
            </w:pPr>
            <w:r>
              <w:rPr>
                <w:color w:val="5E6B75"/>
                <w:sz w:val="16"/>
              </w:rPr>
              <w:t>Klubin viitenumeron saa piirin LCIF-koordinaattorilta.</w:t>
            </w:r>
          </w:p>
        </w:tc>
      </w:tr>
    </w:tbl>
    <w:p w14:paraId="7C998162" w14:textId="77777777" w:rsidR="00EF5EBC" w:rsidRDefault="00000000">
      <w:pPr>
        <w:spacing w:before="140" w:after="60"/>
      </w:pPr>
      <w:r>
        <w:rPr>
          <w:b/>
          <w:color w:val="0B4A86"/>
          <w:sz w:val="27"/>
        </w:rPr>
        <w:t>Klubin muistilista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381"/>
        <w:gridCol w:w="2381"/>
        <w:gridCol w:w="2381"/>
      </w:tblGrid>
      <w:tr w:rsidR="00EF5EBC" w14:paraId="208AB621" w14:textId="77777777">
        <w:trPr>
          <w:jc w:val="center"/>
        </w:trPr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8059353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BBLL5 käsitelty klubissa</w:t>
            </w:r>
          </w:p>
        </w:tc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8F1A167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Tavoite päätetty</w:t>
            </w:r>
          </w:p>
        </w:tc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8C9ECD8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Vastuuhenkilö nimetty</w:t>
            </w:r>
          </w:p>
        </w:tc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5900133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Aktiviteetti valittu</w:t>
            </w:r>
          </w:p>
        </w:tc>
      </w:tr>
      <w:tr w:rsidR="00EF5EBC" w14:paraId="605E2E86" w14:textId="77777777">
        <w:trPr>
          <w:jc w:val="center"/>
        </w:trPr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479D719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Some julkaistu</w:t>
            </w:r>
          </w:p>
        </w:tc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13D9C05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Yritykset haastettu</w:t>
            </w:r>
          </w:p>
        </w:tc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3973FA9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Lahjoitus maksettu</w:t>
            </w:r>
          </w:p>
        </w:tc>
        <w:tc>
          <w:tcPr>
            <w:tcW w:w="2381" w:type="dxa"/>
            <w:shd w:val="clear" w:color="auto" w:fill="F5F7FA"/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C721A0D" w14:textId="77777777" w:rsidR="00EF5EBC" w:rsidRDefault="00000000">
            <w:pPr>
              <w:jc w:val="center"/>
            </w:pPr>
            <w:r>
              <w:rPr>
                <w:b/>
                <w:color w:val="19A9CE"/>
                <w:sz w:val="22"/>
              </w:rPr>
              <w:t>□</w:t>
            </w:r>
            <w:r>
              <w:br/>
            </w:r>
            <w:r>
              <w:rPr>
                <w:b/>
                <w:color w:val="0B4A86"/>
                <w:sz w:val="14"/>
              </w:rPr>
              <w:t>Tuloksesta viestitty</w:t>
            </w:r>
          </w:p>
        </w:tc>
      </w:tr>
    </w:tbl>
    <w:p w14:paraId="182BC7AA" w14:textId="77777777" w:rsidR="00EF5EBC" w:rsidRDefault="00000000">
      <w:pPr>
        <w:spacing w:before="160" w:after="60"/>
        <w:jc w:val="center"/>
      </w:pPr>
      <w:r>
        <w:rPr>
          <w:b/>
          <w:color w:val="0B4A86"/>
          <w:sz w:val="30"/>
        </w:rPr>
        <w:t>YKSI KLUBI - YKSI REPPU</w:t>
      </w:r>
    </w:p>
    <w:p w14:paraId="62977755" w14:textId="454C7AD1" w:rsidR="00EF5EBC" w:rsidRDefault="00000000">
      <w:pPr>
        <w:spacing w:after="0"/>
        <w:jc w:val="center"/>
      </w:pPr>
      <w:r>
        <w:rPr>
          <w:b/>
          <w:color w:val="19A9CE"/>
          <w:sz w:val="18"/>
        </w:rPr>
        <w:t>1 200 € = yksi Baby LifeLine -</w:t>
      </w:r>
      <w:proofErr w:type="gramStart"/>
      <w:r>
        <w:rPr>
          <w:b/>
          <w:color w:val="19A9CE"/>
          <w:sz w:val="18"/>
        </w:rPr>
        <w:t>reppu  |</w:t>
      </w:r>
      <w:proofErr w:type="gramEnd"/>
      <w:r>
        <w:rPr>
          <w:b/>
          <w:color w:val="19A9CE"/>
          <w:sz w:val="18"/>
        </w:rPr>
        <w:t xml:space="preserve">  Suomen tavoite vähintään 200 </w:t>
      </w:r>
      <w:proofErr w:type="gramStart"/>
      <w:r>
        <w:rPr>
          <w:b/>
          <w:color w:val="19A9CE"/>
          <w:sz w:val="18"/>
        </w:rPr>
        <w:t>reppua  |</w:t>
      </w:r>
      <w:proofErr w:type="gramEnd"/>
      <w:r>
        <w:rPr>
          <w:b/>
          <w:color w:val="19A9CE"/>
          <w:sz w:val="18"/>
        </w:rPr>
        <w:t xml:space="preserve">  </w:t>
      </w:r>
      <w:r w:rsidR="00CA10CD">
        <w:rPr>
          <w:b/>
          <w:color w:val="19A9CE"/>
          <w:sz w:val="18"/>
        </w:rPr>
        <w:t>M</w:t>
      </w:r>
      <w:r>
        <w:rPr>
          <w:b/>
          <w:color w:val="19A9CE"/>
          <w:sz w:val="18"/>
        </w:rPr>
        <w:t>15.6.2027</w:t>
      </w:r>
    </w:p>
    <w:sectPr w:rsidR="00EF5EBC" w:rsidSect="00034616">
      <w:footerReference w:type="default" r:id="rId10"/>
      <w:pgSz w:w="11906" w:h="16838"/>
      <w:pgMar w:top="680" w:right="794" w:bottom="680" w:left="794" w:header="283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3A9A3" w14:textId="77777777" w:rsidR="001E0E8B" w:rsidRDefault="001E0E8B">
      <w:pPr>
        <w:spacing w:after="0" w:line="240" w:lineRule="auto"/>
      </w:pPr>
      <w:r>
        <w:separator/>
      </w:r>
    </w:p>
  </w:endnote>
  <w:endnote w:type="continuationSeparator" w:id="0">
    <w:p w14:paraId="2C432366" w14:textId="77777777" w:rsidR="001E0E8B" w:rsidRDefault="001E0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E8AF" w14:textId="77777777" w:rsidR="00EF5EBC" w:rsidRDefault="00000000">
    <w:pPr>
      <w:pStyle w:val="Alatunniste"/>
      <w:spacing w:before="40"/>
      <w:jc w:val="center"/>
    </w:pPr>
    <w:r>
      <w:rPr>
        <w:b/>
        <w:color w:val="5E6B75"/>
        <w:sz w:val="15"/>
      </w:rPr>
      <w:t xml:space="preserve">BABY LIFELINE </w:t>
    </w:r>
    <w:proofErr w:type="gramStart"/>
    <w:r>
      <w:rPr>
        <w:b/>
        <w:color w:val="5E6B75"/>
        <w:sz w:val="15"/>
      </w:rPr>
      <w:t>5  |</w:t>
    </w:r>
    <w:proofErr w:type="gramEnd"/>
    <w:r>
      <w:rPr>
        <w:b/>
        <w:color w:val="5E6B75"/>
        <w:sz w:val="15"/>
      </w:rPr>
      <w:t xml:space="preserve">  KLUBIEN AKTIVOINTIPAKETTI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135E6" w14:textId="77777777" w:rsidR="001E0E8B" w:rsidRDefault="001E0E8B">
      <w:pPr>
        <w:spacing w:after="0" w:line="240" w:lineRule="auto"/>
      </w:pPr>
      <w:r>
        <w:separator/>
      </w:r>
    </w:p>
  </w:footnote>
  <w:footnote w:type="continuationSeparator" w:id="0">
    <w:p w14:paraId="552960C3" w14:textId="77777777" w:rsidR="001E0E8B" w:rsidRDefault="001E0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420034">
    <w:abstractNumId w:val="8"/>
  </w:num>
  <w:num w:numId="2" w16cid:durableId="500316168">
    <w:abstractNumId w:val="6"/>
  </w:num>
  <w:num w:numId="3" w16cid:durableId="890965223">
    <w:abstractNumId w:val="5"/>
  </w:num>
  <w:num w:numId="4" w16cid:durableId="1118527825">
    <w:abstractNumId w:val="4"/>
  </w:num>
  <w:num w:numId="5" w16cid:durableId="1167131373">
    <w:abstractNumId w:val="7"/>
  </w:num>
  <w:num w:numId="6" w16cid:durableId="1945960484">
    <w:abstractNumId w:val="3"/>
  </w:num>
  <w:num w:numId="7" w16cid:durableId="574559717">
    <w:abstractNumId w:val="2"/>
  </w:num>
  <w:num w:numId="8" w16cid:durableId="22675918">
    <w:abstractNumId w:val="1"/>
  </w:num>
  <w:num w:numId="9" w16cid:durableId="541751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A1F"/>
    <w:rsid w:val="0006063C"/>
    <w:rsid w:val="0015074B"/>
    <w:rsid w:val="001E0E8B"/>
    <w:rsid w:val="001F379B"/>
    <w:rsid w:val="0029639D"/>
    <w:rsid w:val="00303A5D"/>
    <w:rsid w:val="00326F90"/>
    <w:rsid w:val="00AA1D8D"/>
    <w:rsid w:val="00B47730"/>
    <w:rsid w:val="00CA10CD"/>
    <w:rsid w:val="00CB0664"/>
    <w:rsid w:val="00EF5E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0BD19D"/>
  <w14:defaultImageDpi w14:val="300"/>
  <w15:docId w15:val="{378CB80B-E2DA-4BBD-B79D-5B80571E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  <w:pPr>
      <w:spacing w:after="80"/>
    </w:pPr>
    <w:rPr>
      <w:rFonts w:ascii="Aptos" w:hAnsi="Aptos"/>
      <w:sz w:val="21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3548</Characters>
  <Application>Microsoft Office Word</Application>
  <DocSecurity>0</DocSecurity>
  <Lines>29</Lines>
  <Paragraphs>7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BBLL5 Klubin aktivointipaketti</vt:lpstr>
      <vt:lpstr/>
    </vt:vector>
  </TitlesOfParts>
  <Manager/>
  <Company/>
  <LinksUpToDate>false</LinksUpToDate>
  <CharactersWithSpaces>3978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BBLL5 Klubin aktivointipaketti</dc:title>
  <dc:subject>Baby LifeLine 5 - paikallisen aktiviteetin toteutuspaketti Lions-klubeille</dc:subject>
  <dc:creator>BBLL5 Finland</dc:creator>
  <cp:keywords>Baby LifeLine 5, BBLL5, Lions, LCIF, klubin aktivointipaketti</cp:keywords>
  <dc:description>generated by python-docx</dc:description>
  <cp:lastModifiedBy>Vesa Halinen</cp:lastModifiedBy>
  <cp:revision>2</cp:revision>
  <dcterms:created xsi:type="dcterms:W3CDTF">2026-10-01T09:53:00Z</dcterms:created>
  <dcterms:modified xsi:type="dcterms:W3CDTF">2026-10-01T09:53:00Z</dcterms:modified>
  <cp:category/>
</cp:coreProperties>
</file>